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FBCA4" w14:textId="182BE149" w:rsidR="00693DE1" w:rsidRDefault="00AF579F" w:rsidP="00D148E5">
      <w:pPr>
        <w:pStyle w:val="Ttulo1"/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7AB045E" wp14:editId="26244940">
            <wp:simplePos x="0" y="0"/>
            <wp:positionH relativeFrom="column">
              <wp:posOffset>0</wp:posOffset>
            </wp:positionH>
            <wp:positionV relativeFrom="paragraph">
              <wp:posOffset>-362848</wp:posOffset>
            </wp:positionV>
            <wp:extent cx="1009650" cy="1012454"/>
            <wp:effectExtent l="0" t="0" r="0" b="0"/>
            <wp:wrapNone/>
            <wp:docPr id="18133431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343156" name="Imagen 181334315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5031" cy="101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000000">
        <w:t>Ficha</w:t>
      </w:r>
      <w:proofErr w:type="spellEnd"/>
      <w:r w:rsidR="00000000">
        <w:t xml:space="preserve"> de </w:t>
      </w:r>
      <w:proofErr w:type="spellStart"/>
      <w:r w:rsidR="00000000">
        <w:t>Mascota</w:t>
      </w:r>
      <w:proofErr w:type="spellEnd"/>
      <w:r w:rsidR="00000000">
        <w:t xml:space="preserve"> - Placa QR</w:t>
      </w:r>
    </w:p>
    <w:p w14:paraId="3C91B2DF" w14:textId="39E51DC4" w:rsidR="00D148E5" w:rsidRPr="00D148E5" w:rsidRDefault="00D148E5" w:rsidP="00D148E5"/>
    <w:p w14:paraId="22A4C46F" w14:textId="443F2BA4" w:rsidR="00693DE1" w:rsidRDefault="00000000">
      <w:r>
        <w:t xml:space="preserve">Por favor, completa todos los campos de la ficha y envíanosla junto con la foto de tu mascota para poder crear su </w:t>
      </w:r>
      <w:proofErr w:type="spellStart"/>
      <w:r>
        <w:t>plaquita</w:t>
      </w:r>
      <w:proofErr w:type="spellEnd"/>
      <w:r>
        <w:t xml:space="preserve"> QR y </w:t>
      </w:r>
      <w:proofErr w:type="spellStart"/>
      <w:r>
        <w:t>ficha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digital.</w:t>
      </w:r>
    </w:p>
    <w:p w14:paraId="7CFB0EB8" w14:textId="702CBD56" w:rsidR="00D148E5" w:rsidRDefault="00D148E5"/>
    <w:p w14:paraId="26109C89" w14:textId="6CCB6CF1" w:rsidR="00693DE1" w:rsidRDefault="00000000">
      <w:r>
        <w:t xml:space="preserve">🐶 Nombre de la </w:t>
      </w:r>
      <w:proofErr w:type="spellStart"/>
      <w:r>
        <w:t>mascota</w:t>
      </w:r>
      <w:proofErr w:type="spellEnd"/>
      <w:r>
        <w:t>:</w:t>
      </w:r>
    </w:p>
    <w:p w14:paraId="6651EED0" w14:textId="4A74BBB8" w:rsidR="00693DE1" w:rsidRDefault="00000000">
      <w:r>
        <w:t xml:space="preserve">👨‍👩‍👧 Nombre de </w:t>
      </w:r>
      <w:proofErr w:type="spellStart"/>
      <w:r>
        <w:t>los</w:t>
      </w:r>
      <w:proofErr w:type="spellEnd"/>
      <w:r>
        <w:t xml:space="preserve"> papás humanos: </w:t>
      </w:r>
    </w:p>
    <w:p w14:paraId="7043807E" w14:textId="34512AC8" w:rsidR="00693DE1" w:rsidRDefault="00000000">
      <w:r>
        <w:t xml:space="preserve">🔹 </w:t>
      </w:r>
      <w:proofErr w:type="spellStart"/>
      <w:r>
        <w:t>Sexo</w:t>
      </w:r>
      <w:proofErr w:type="spellEnd"/>
      <w:r>
        <w:t xml:space="preserve"> (Hembra / Macho):</w:t>
      </w:r>
    </w:p>
    <w:p w14:paraId="68A5674B" w14:textId="36EFADFD" w:rsidR="00693DE1" w:rsidRDefault="00000000">
      <w:r>
        <w:t xml:space="preserve">🐾 Raza: </w:t>
      </w:r>
    </w:p>
    <w:p w14:paraId="2C789C76" w14:textId="11C0C203" w:rsidR="00693DE1" w:rsidRDefault="00000000">
      <w:r>
        <w:t xml:space="preserve">🎨 Color del </w:t>
      </w:r>
      <w:proofErr w:type="spellStart"/>
      <w:r>
        <w:t>pelaje</w:t>
      </w:r>
      <w:proofErr w:type="spellEnd"/>
      <w:r>
        <w:t>:</w:t>
      </w:r>
    </w:p>
    <w:p w14:paraId="2A172A25" w14:textId="10EB3789" w:rsidR="00693DE1" w:rsidRDefault="00000000">
      <w:r>
        <w:t xml:space="preserve">🔢 </w:t>
      </w:r>
      <w:proofErr w:type="spellStart"/>
      <w:r>
        <w:t>Número</w:t>
      </w:r>
      <w:proofErr w:type="spellEnd"/>
      <w:r>
        <w:t xml:space="preserve"> de chip (</w:t>
      </w:r>
      <w:proofErr w:type="spellStart"/>
      <w:r>
        <w:t>si</w:t>
      </w:r>
      <w:proofErr w:type="spellEnd"/>
      <w:r>
        <w:t xml:space="preserve"> </w:t>
      </w:r>
      <w:proofErr w:type="spellStart"/>
      <w:r>
        <w:t>tiene</w:t>
      </w:r>
      <w:proofErr w:type="spellEnd"/>
      <w:r>
        <w:t>):</w:t>
      </w:r>
    </w:p>
    <w:p w14:paraId="55B887A9" w14:textId="2E01E6DF" w:rsidR="00693DE1" w:rsidRDefault="00000000">
      <w:r>
        <w:t xml:space="preserve">🎂 </w:t>
      </w:r>
      <w:proofErr w:type="spellStart"/>
      <w:r>
        <w:t>Cumpleaños</w:t>
      </w:r>
      <w:proofErr w:type="spellEnd"/>
      <w:r>
        <w:t>:</w:t>
      </w:r>
    </w:p>
    <w:p w14:paraId="23393D68" w14:textId="2A0B8CF8" w:rsidR="00693DE1" w:rsidRDefault="00000000">
      <w:r>
        <w:t xml:space="preserve">❤️ ¿Tiene </w:t>
      </w:r>
      <w:proofErr w:type="spellStart"/>
      <w:r>
        <w:t>enfermedades</w:t>
      </w:r>
      <w:proofErr w:type="spellEnd"/>
      <w:r>
        <w:t xml:space="preserve"> </w:t>
      </w:r>
      <w:proofErr w:type="spellStart"/>
      <w:r>
        <w:t>importantes</w:t>
      </w:r>
      <w:proofErr w:type="spellEnd"/>
      <w:r>
        <w:t xml:space="preserve"> o </w:t>
      </w:r>
      <w:proofErr w:type="gramStart"/>
      <w:r>
        <w:t>alergias?:</w:t>
      </w:r>
      <w:proofErr w:type="gramEnd"/>
      <w:r>
        <w:t xml:space="preserve"> </w:t>
      </w:r>
    </w:p>
    <w:p w14:paraId="65F57E8B" w14:textId="615914AB" w:rsidR="00693DE1" w:rsidRDefault="00000000">
      <w:r>
        <w:t xml:space="preserve">⚖️ Peso </w:t>
      </w:r>
      <w:proofErr w:type="spellStart"/>
      <w:r>
        <w:t>aproximado</w:t>
      </w:r>
      <w:proofErr w:type="spellEnd"/>
      <w:r>
        <w:t>:</w:t>
      </w:r>
    </w:p>
    <w:p w14:paraId="16048A71" w14:textId="317ACAA0" w:rsidR="00693DE1" w:rsidRDefault="00000000">
      <w:r>
        <w:t xml:space="preserve">📏 </w:t>
      </w:r>
      <w:proofErr w:type="spellStart"/>
      <w:r>
        <w:t>Estatura</w:t>
      </w:r>
      <w:proofErr w:type="spellEnd"/>
      <w:r>
        <w:t xml:space="preserve"> </w:t>
      </w:r>
      <w:proofErr w:type="spellStart"/>
      <w:r>
        <w:t>aproximada</w:t>
      </w:r>
      <w:proofErr w:type="spellEnd"/>
      <w:r>
        <w:t>:</w:t>
      </w:r>
    </w:p>
    <w:p w14:paraId="473FD2C3" w14:textId="287E7B2B" w:rsidR="00693DE1" w:rsidRDefault="00000000">
      <w:r>
        <w:t xml:space="preserve">📷 Foto de la </w:t>
      </w:r>
      <w:proofErr w:type="spellStart"/>
      <w:r>
        <w:t>mascota</w:t>
      </w:r>
      <w:proofErr w:type="spellEnd"/>
      <w:r>
        <w:t>: (</w:t>
      </w:r>
      <w:proofErr w:type="spellStart"/>
      <w:r>
        <w:t>Adjuntar</w:t>
      </w:r>
      <w:proofErr w:type="spellEnd"/>
      <w:r>
        <w:t xml:space="preserve"> </w:t>
      </w:r>
      <w:proofErr w:type="spellStart"/>
      <w:r>
        <w:t>archivo</w:t>
      </w:r>
      <w:proofErr w:type="spellEnd"/>
      <w:r>
        <w:t xml:space="preserve"> </w:t>
      </w:r>
      <w:proofErr w:type="spellStart"/>
      <w:r>
        <w:t>en</w:t>
      </w:r>
      <w:proofErr w:type="spellEnd"/>
      <w:r w:rsidR="00D148E5">
        <w:t xml:space="preserve"> </w:t>
      </w:r>
      <w:proofErr w:type="spellStart"/>
      <w:r w:rsidR="00D148E5">
        <w:t>whatsapp</w:t>
      </w:r>
      <w:proofErr w:type="spellEnd"/>
      <w:r>
        <w:t xml:space="preserve"> </w:t>
      </w:r>
      <w:proofErr w:type="spellStart"/>
      <w:r>
        <w:t>o</w:t>
      </w:r>
      <w:proofErr w:type="spellEnd"/>
      <w:r>
        <w:t xml:space="preserve"> email</w:t>
      </w:r>
      <w:r w:rsidR="00D148E5">
        <w:t xml:space="preserve"> contacto@tagqr.cl</w:t>
      </w:r>
      <w:r>
        <w:t>)</w:t>
      </w:r>
    </w:p>
    <w:p w14:paraId="76856824" w14:textId="4EBC222F" w:rsidR="00693DE1" w:rsidRDefault="00000000">
      <w:r>
        <w:t xml:space="preserve">📞 </w:t>
      </w:r>
      <w:proofErr w:type="spellStart"/>
      <w:r>
        <w:t>Número</w:t>
      </w:r>
      <w:proofErr w:type="spellEnd"/>
      <w:r>
        <w:t xml:space="preserve"> de WhatsApp:</w:t>
      </w:r>
    </w:p>
    <w:p w14:paraId="76F91D18" w14:textId="2278388C" w:rsidR="00693DE1" w:rsidRDefault="00000000">
      <w:r>
        <w:t xml:space="preserve">📱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contacto</w:t>
      </w:r>
      <w:proofErr w:type="spellEnd"/>
      <w:r>
        <w:t>:</w:t>
      </w:r>
    </w:p>
    <w:p w14:paraId="4DDE10D6" w14:textId="791E13AB" w:rsidR="00693DE1" w:rsidRDefault="00000000">
      <w:r>
        <w:t xml:space="preserve">📧 Correo electrónico: </w:t>
      </w:r>
    </w:p>
    <w:p w14:paraId="5B38C9F7" w14:textId="11E58BE6" w:rsidR="00693DE1" w:rsidRDefault="00000000">
      <w:r>
        <w:t>🔘 Tamaño de plaquita (3 cm o 4 cm):</w:t>
      </w:r>
    </w:p>
    <w:sectPr w:rsidR="00693DE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2312979">
    <w:abstractNumId w:val="8"/>
  </w:num>
  <w:num w:numId="2" w16cid:durableId="217783221">
    <w:abstractNumId w:val="6"/>
  </w:num>
  <w:num w:numId="3" w16cid:durableId="1550919745">
    <w:abstractNumId w:val="5"/>
  </w:num>
  <w:num w:numId="4" w16cid:durableId="637539499">
    <w:abstractNumId w:val="4"/>
  </w:num>
  <w:num w:numId="5" w16cid:durableId="429744842">
    <w:abstractNumId w:val="7"/>
  </w:num>
  <w:num w:numId="6" w16cid:durableId="1285817637">
    <w:abstractNumId w:val="3"/>
  </w:num>
  <w:num w:numId="7" w16cid:durableId="2137141303">
    <w:abstractNumId w:val="2"/>
  </w:num>
  <w:num w:numId="8" w16cid:durableId="1104031783">
    <w:abstractNumId w:val="1"/>
  </w:num>
  <w:num w:numId="9" w16cid:durableId="1539731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93DE1"/>
    <w:rsid w:val="006E6368"/>
    <w:rsid w:val="00AA1D8D"/>
    <w:rsid w:val="00AF579F"/>
    <w:rsid w:val="00B47730"/>
    <w:rsid w:val="00C436C3"/>
    <w:rsid w:val="00CB0664"/>
    <w:rsid w:val="00D148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DFED31"/>
  <w14:defaultImageDpi w14:val="300"/>
  <w15:docId w15:val="{F9D75BB7-A6F2-4B16-BEB3-1AE93577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97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 CSI</cp:lastModifiedBy>
  <cp:revision>3</cp:revision>
  <dcterms:created xsi:type="dcterms:W3CDTF">2013-12-23T23:15:00Z</dcterms:created>
  <dcterms:modified xsi:type="dcterms:W3CDTF">2025-08-14T14:09:00Z</dcterms:modified>
  <cp:category/>
</cp:coreProperties>
</file>